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FOLLOW-UP EMAIL TEMPLATES</w:t>
      </w:r>
    </w:p>
    <w:p>
      <w:pPr>
        <w:spacing w:after="80"/>
      </w:pPr>
      <w:r>
        <w:rPr>
          <w:b w:val="0"/>
          <w:i w:val="0"/>
          <w:color w:val="6F6880"/>
        </w:rPr>
        <w:t>Six emails for after you send a proposal or quote</w:t>
      </w:r>
    </w:p>
    <w:p>
      <w:pPr>
        <w:spacing w:before="280" w:after="80"/>
      </w:pPr>
      <w:r>
        <w:rPr>
          <w:b/>
          <w:color w:val="C2185B"/>
          <w:sz w:val="26"/>
        </w:rPr>
        <w:t>1. Two days after sending</w:t>
      </w:r>
    </w:p>
    <w:p>
      <w:pPr>
        <w:spacing w:after="80"/>
      </w:pPr>
      <w:r>
        <w:rPr>
          <w:b/>
          <w:i w:val="0"/>
        </w:rPr>
        <w:t>Subject: [Project] proposal, any questions?</w:t>
      </w:r>
    </w:p>
    <w:p>
      <w:pPr>
        <w:spacing w:after="80"/>
      </w:pPr>
      <w:r>
        <w:rPr>
          <w:b w:val="0"/>
          <w:i w:val="0"/>
        </w:rPr>
        <w:t>Hi [name],</w:t>
      </w:r>
    </w:p>
    <w:p>
      <w:pPr>
        <w:spacing w:after="80"/>
      </w:pPr>
      <w:r>
        <w:rPr>
          <w:b w:val="0"/>
          <w:i w:val="0"/>
        </w:rPr>
        <w:t>Just checking the proposal for [project] arrived safely. If anything is unclear, or you want to talk through the options, I can do a quick call [day] or [day].</w:t>
      </w:r>
    </w:p>
    <w:p>
      <w:pPr>
        <w:spacing w:after="80"/>
      </w:pPr>
      <w:r>
        <w:rPr>
          <w:b w:val="0"/>
          <w:i w:val="0"/>
        </w:rPr>
        <w:t>[Your name]</w:t>
      </w:r>
    </w:p>
    <w:p>
      <w:pPr>
        <w:spacing w:before="280" w:after="80"/>
      </w:pPr>
      <w:r>
        <w:rPr>
          <w:b/>
          <w:color w:val="C2185B"/>
          <w:sz w:val="26"/>
        </w:rPr>
        <w:t>2. After they opened it but did not reply</w:t>
      </w:r>
    </w:p>
    <w:p>
      <w:pPr>
        <w:spacing w:after="80"/>
      </w:pPr>
      <w:r>
        <w:rPr>
          <w:b/>
          <w:i w:val="0"/>
        </w:rPr>
        <w:t>Subject: Quick question on [project]</w:t>
      </w:r>
    </w:p>
    <w:p>
      <w:pPr>
        <w:spacing w:after="80"/>
      </w:pPr>
      <w:r>
        <w:rPr>
          <w:b w:val="0"/>
          <w:i w:val="0"/>
        </w:rPr>
        <w:t>Hi [name],</w:t>
      </w:r>
    </w:p>
    <w:p>
      <w:pPr>
        <w:spacing w:after="80"/>
      </w:pPr>
      <w:r>
        <w:rPr>
          <w:b w:val="0"/>
          <w:i w:val="0"/>
        </w:rPr>
        <w:t>While you are looking at the proposal: is [the timeline / the option you are leaning toward] working for you? Happy to adjust it before you decide.</w:t>
      </w:r>
    </w:p>
    <w:p>
      <w:pPr>
        <w:spacing w:after="80"/>
      </w:pPr>
      <w:r>
        <w:rPr>
          <w:b w:val="0"/>
          <w:i w:val="0"/>
        </w:rPr>
        <w:t>[Your name]</w:t>
      </w:r>
    </w:p>
    <w:p>
      <w:pPr>
        <w:spacing w:before="280" w:after="80"/>
      </w:pPr>
      <w:r>
        <w:rPr>
          <w:b/>
          <w:color w:val="C2185B"/>
          <w:sz w:val="26"/>
        </w:rPr>
        <w:t>3. One week, no response</w:t>
      </w:r>
    </w:p>
    <w:p>
      <w:pPr>
        <w:spacing w:after="80"/>
      </w:pPr>
      <w:r>
        <w:rPr>
          <w:b/>
          <w:i w:val="0"/>
        </w:rPr>
        <w:t>Subject: Still the right time for [project]?</w:t>
      </w:r>
    </w:p>
    <w:p>
      <w:pPr>
        <w:spacing w:after="80"/>
      </w:pPr>
      <w:r>
        <w:rPr>
          <w:b w:val="0"/>
          <w:i w:val="0"/>
        </w:rPr>
        <w:t>Hi [name],</w:t>
      </w:r>
    </w:p>
    <w:p>
      <w:pPr>
        <w:spacing w:after="80"/>
      </w:pPr>
      <w:r>
        <w:rPr>
          <w:b w:val="0"/>
          <w:i w:val="0"/>
        </w:rPr>
        <w:t>I have not heard back on [project], so I wanted to check whether the timing still works. If priorities have changed, just let me know and I will close the file for now.</w:t>
      </w:r>
    </w:p>
    <w:p>
      <w:pPr>
        <w:spacing w:after="80"/>
      </w:pPr>
      <w:r>
        <w:rPr>
          <w:b w:val="0"/>
          <w:i w:val="0"/>
        </w:rPr>
        <w:t>[Your name]</w:t>
      </w:r>
    </w:p>
    <w:p>
      <w:pPr>
        <w:spacing w:before="280" w:after="80"/>
      </w:pPr>
      <w:r>
        <w:rPr>
          <w:b/>
          <w:color w:val="C2185B"/>
          <w:sz w:val="26"/>
        </w:rPr>
        <w:t>4. After a call</w:t>
      </w:r>
    </w:p>
    <w:p>
      <w:pPr>
        <w:spacing w:after="80"/>
      </w:pPr>
      <w:r>
        <w:rPr>
          <w:b/>
          <w:i w:val="0"/>
        </w:rPr>
        <w:t>Subject: Notes from today and next step</w:t>
      </w:r>
    </w:p>
    <w:p>
      <w:pPr>
        <w:spacing w:after="80"/>
      </w:pPr>
      <w:r>
        <w:rPr>
          <w:b w:val="0"/>
          <w:i w:val="0"/>
        </w:rPr>
        <w:t>Hi [name],</w:t>
      </w:r>
    </w:p>
    <w:p>
      <w:pPr>
        <w:spacing w:after="80"/>
      </w:pPr>
      <w:r>
        <w:rPr>
          <w:b w:val="0"/>
          <w:i w:val="0"/>
        </w:rPr>
        <w:t>Thanks for the call. As discussed: [point 1], [point 2]. Next step: [who does what by when]. I have updated the proposal to reflect [change].</w:t>
      </w:r>
    </w:p>
    <w:p>
      <w:pPr>
        <w:spacing w:after="80"/>
      </w:pPr>
      <w:r>
        <w:rPr>
          <w:b w:val="0"/>
          <w:i w:val="0"/>
        </w:rPr>
        <w:t>[Your name]</w:t>
      </w:r>
    </w:p>
    <w:p>
      <w:pPr>
        <w:spacing w:before="280" w:after="80"/>
      </w:pPr>
      <w:r>
        <w:rPr>
          <w:b/>
          <w:color w:val="C2185B"/>
          <w:sz w:val="26"/>
        </w:rPr>
        <w:t>5. Quote about to expire</w:t>
      </w:r>
    </w:p>
    <w:p>
      <w:pPr>
        <w:spacing w:after="80"/>
      </w:pPr>
      <w:r>
        <w:rPr>
          <w:b/>
          <w:i w:val="0"/>
        </w:rPr>
        <w:t>Subject: Your quote for [project] expires on [date]</w:t>
      </w:r>
    </w:p>
    <w:p>
      <w:pPr>
        <w:spacing w:after="80"/>
      </w:pPr>
      <w:r>
        <w:rPr>
          <w:b w:val="0"/>
          <w:i w:val="0"/>
        </w:rPr>
        <w:t>Hi [name],</w:t>
      </w:r>
    </w:p>
    <w:p>
      <w:pPr>
        <w:spacing w:after="80"/>
      </w:pPr>
      <w:r>
        <w:rPr>
          <w:b w:val="0"/>
          <w:i w:val="0"/>
        </w:rPr>
        <w:t>A quick reminder that the quote for [project] is valid until [date]. After that I will need to re-check availability and prices. Reply if you would like to go ahead or need more time.</w:t>
      </w:r>
    </w:p>
    <w:p>
      <w:pPr>
        <w:spacing w:after="80"/>
      </w:pPr>
      <w:r>
        <w:rPr>
          <w:b w:val="0"/>
          <w:i w:val="0"/>
        </w:rPr>
        <w:t>[Your name]</w:t>
      </w:r>
    </w:p>
    <w:p>
      <w:pPr>
        <w:spacing w:before="280" w:after="80"/>
      </w:pPr>
      <w:r>
        <w:rPr>
          <w:b/>
          <w:color w:val="C2185B"/>
          <w:sz w:val="26"/>
        </w:rPr>
        <w:t>6. The last one</w:t>
      </w:r>
    </w:p>
    <w:p>
      <w:pPr>
        <w:spacing w:after="80"/>
      </w:pPr>
      <w:r>
        <w:rPr>
          <w:b/>
          <w:i w:val="0"/>
        </w:rPr>
        <w:t>Subject: Closing the file on [project]</w:t>
      </w:r>
    </w:p>
    <w:p>
      <w:pPr>
        <w:spacing w:after="80"/>
      </w:pPr>
      <w:r>
        <w:rPr>
          <w:b w:val="0"/>
          <w:i w:val="0"/>
        </w:rPr>
        <w:t>Hi [name],</w:t>
      </w:r>
    </w:p>
    <w:p>
      <w:pPr>
        <w:spacing w:after="80"/>
      </w:pPr>
      <w:r>
        <w:rPr>
          <w:b w:val="0"/>
          <w:i w:val="0"/>
        </w:rPr>
        <w:t>I have not heard back, so I will assume now is not the right time and close this for now. If that changes, reply to this email and I can pick it up from where we left off.</w:t>
      </w:r>
    </w:p>
    <w:p>
      <w:pPr>
        <w:spacing w:after="80"/>
      </w:pPr>
      <w:r>
        <w:rPr>
          <w:b w:val="0"/>
          <w:i w:val="0"/>
        </w:rPr>
        <w:t>[Your name]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C1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