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CONSULTING PROPOSAL</w:t>
      </w:r>
    </w:p>
    <w:p>
      <w:pPr>
        <w:spacing w:after="80"/>
      </w:pPr>
      <w:r>
        <w:rPr>
          <w:b w:val="0"/>
          <w:i w:val="0"/>
          <w:color w:val="6F6880"/>
        </w:rPr>
        <w:t>[Project name] for [Client]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Prepared for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 contact, company]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Prepared by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[Your name, firm]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Valid until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1. Where you are now</w:t>
      </w:r>
    </w:p>
    <w:p>
      <w:pPr>
        <w:spacing w:after="80"/>
      </w:pPr>
      <w:r>
        <w:rPr>
          <w:b w:val="0"/>
          <w:i/>
          <w:color w:val="6F6880"/>
        </w:rPr>
        <w:t>Their situation in their words. Show you listened.</w:t>
      </w:r>
    </w:p>
    <w:p>
      <w:pPr>
        <w:spacing w:after="80"/>
      </w:pPr>
      <w:r>
        <w:rPr>
          <w:b w:val="0"/>
          <w:i w:val="0"/>
        </w:rPr>
        <w:t>[Current situation]</w:t>
      </w:r>
    </w:p>
    <w:p>
      <w:pPr>
        <w:spacing w:before="280" w:after="80"/>
      </w:pPr>
      <w:r>
        <w:rPr>
          <w:b/>
          <w:color w:val="C2185B"/>
          <w:sz w:val="26"/>
        </w:rPr>
        <w:t>2. What you want</w:t>
      </w:r>
    </w:p>
    <w:p>
      <w:pPr>
        <w:spacing w:after="80"/>
      </w:pPr>
      <w:r>
        <w:rPr>
          <w:b w:val="0"/>
          <w:i/>
          <w:color w:val="6F6880"/>
        </w:rPr>
        <w:t>Two or three goals, each measurable.</w:t>
      </w:r>
    </w:p>
    <w:p>
      <w:pPr>
        <w:spacing w:after="80"/>
      </w:pPr>
      <w:r>
        <w:rPr>
          <w:b w:val="0"/>
          <w:i w:val="0"/>
        </w:rPr>
        <w:t>[Goals]</w:t>
      </w:r>
    </w:p>
    <w:p>
      <w:pPr>
        <w:spacing w:before="280" w:after="80"/>
      </w:pPr>
      <w:r>
        <w:rPr>
          <w:b/>
          <w:color w:val="C2185B"/>
          <w:sz w:val="26"/>
        </w:rPr>
        <w:t>3. Approach</w:t>
      </w:r>
    </w:p>
    <w:p>
      <w:pPr>
        <w:spacing w:after="80"/>
      </w:pPr>
      <w:r>
        <w:rPr>
          <w:b w:val="0"/>
          <w:i/>
          <w:color w:val="6F6880"/>
        </w:rPr>
        <w:t>Phases, each with what happens and what the client gets.</w:t>
      </w:r>
    </w:p>
    <w:p>
      <w:pPr>
        <w:spacing w:after="80"/>
      </w:pPr>
      <w:r>
        <w:rPr>
          <w:b w:val="0"/>
          <w:i w:val="0"/>
        </w:rPr>
        <w:t>[Approach]</w:t>
      </w:r>
    </w:p>
    <w:p>
      <w:pPr>
        <w:spacing w:before="280" w:after="80"/>
      </w:pPr>
      <w:r>
        <w:rPr>
          <w:b/>
          <w:color w:val="C2185B"/>
          <w:sz w:val="26"/>
        </w:rPr>
        <w:t>4. Deliverables</w:t>
      </w:r>
    </w:p>
    <w:p>
      <w:pPr>
        <w:spacing w:after="80"/>
      </w:pPr>
      <w:r>
        <w:rPr>
          <w:b w:val="0"/>
          <w:i/>
          <w:color w:val="6F6880"/>
        </w:rPr>
        <w:t>What they will hold in their hands.</w:t>
      </w:r>
    </w:p>
    <w:p>
      <w:pPr>
        <w:spacing w:after="80"/>
      </w:pPr>
      <w:r>
        <w:rPr>
          <w:b w:val="0"/>
          <w:i w:val="0"/>
        </w:rPr>
        <w:t>[Deliverables]</w:t>
      </w:r>
    </w:p>
    <w:p>
      <w:pPr>
        <w:spacing w:before="280" w:after="80"/>
      </w:pPr>
      <w:r>
        <w:rPr>
          <w:b/>
          <w:color w:val="C2185B"/>
          <w:sz w:val="26"/>
        </w:rPr>
        <w:t>5. Timeline</w:t>
      </w:r>
    </w:p>
    <w:p>
      <w:pPr>
        <w:spacing w:after="80"/>
      </w:pPr>
      <w:r>
        <w:rPr>
          <w:b w:val="0"/>
          <w:i/>
          <w:color w:val="6F6880"/>
        </w:rPr>
        <w:t>Start, key dates, end.</w:t>
      </w:r>
    </w:p>
    <w:p>
      <w:pPr>
        <w:spacing w:after="80"/>
      </w:pPr>
      <w:r>
        <w:rPr>
          <w:b w:val="0"/>
          <w:i w:val="0"/>
        </w:rPr>
        <w:t>[Timeline]</w:t>
      </w:r>
    </w:p>
    <w:p>
      <w:pPr>
        <w:spacing w:before="280" w:after="80"/>
      </w:pPr>
      <w:r>
        <w:rPr>
          <w:b/>
          <w:color w:val="C2185B"/>
          <w:sz w:val="26"/>
        </w:rPr>
        <w:t>6. Investment</w:t>
      </w:r>
    </w:p>
    <w:p>
      <w:pPr>
        <w:spacing w:after="80"/>
      </w:pPr>
      <w:r>
        <w:rPr>
          <w:b w:val="0"/>
          <w:i/>
          <w:color w:val="6F6880"/>
        </w:rPr>
        <w:t>Two or three options, so the client chooses which, not whether.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Option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Includes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Fee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[Option 1]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[Includes]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[Fee]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[Option 2]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[Option 3]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7. Next steps</w:t>
      </w:r>
    </w:p>
    <w:p>
      <w:pPr>
        <w:spacing w:after="80"/>
      </w:pPr>
      <w:r>
        <w:rPr>
          <w:b w:val="0"/>
          <w:i w:val="0"/>
        </w:rPr>
        <w:t>[How to say yes, and what happens after]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