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CLIENT ONBOARDING CHECKLIST</w:t>
      </w:r>
    </w:p>
    <w:p>
      <w:pPr>
        <w:spacing w:after="80"/>
      </w:pPr>
      <w:r>
        <w:rPr>
          <w:b w:val="0"/>
          <w:i w:val="0"/>
          <w:color w:val="6F6880"/>
        </w:rPr>
        <w:t>From signed contract to first deliverable</w:t>
      </w:r>
    </w:p>
    <w:p>
      <w:pPr>
        <w:spacing w:before="280" w:after="80"/>
      </w:pPr>
      <w:r>
        <w:rPr>
          <w:b/>
          <w:color w:val="C2185B"/>
          <w:sz w:val="26"/>
        </w:rPr>
        <w:t>Before kickoff (days 1 to 3)</w:t>
      </w:r>
    </w:p>
    <w:p>
      <w:pPr>
        <w:spacing w:after="80"/>
      </w:pPr>
      <w:r>
        <w:rPr>
          <w:b w:val="0"/>
          <w:i w:val="0"/>
        </w:rPr>
        <w:t>☐  Statement of work signed by both sides</w:t>
      </w:r>
    </w:p>
    <w:p>
      <w:pPr>
        <w:spacing w:after="80"/>
      </w:pPr>
      <w:r>
        <w:rPr>
          <w:b w:val="0"/>
          <w:i w:val="0"/>
        </w:rPr>
        <w:t>☐  Deposit invoice sent and paid</w:t>
      </w:r>
    </w:p>
    <w:p>
      <w:pPr>
        <w:spacing w:after="80"/>
      </w:pPr>
      <w:r>
        <w:rPr>
          <w:b w:val="0"/>
          <w:i w:val="0"/>
        </w:rPr>
        <w:t>☐  Welcome email sent (template below)</w:t>
      </w:r>
    </w:p>
    <w:p>
      <w:pPr>
        <w:spacing w:after="80"/>
      </w:pPr>
      <w:r>
        <w:rPr>
          <w:b w:val="0"/>
          <w:i w:val="0"/>
        </w:rPr>
        <w:t>☐  Client contact and final approver named</w:t>
      </w:r>
    </w:p>
    <w:p>
      <w:pPr>
        <w:spacing w:after="80"/>
      </w:pPr>
      <w:r>
        <w:rPr>
          <w:b w:val="0"/>
          <w:i w:val="0"/>
        </w:rPr>
        <w:t>☐  Access requested: domain, hosting, analytics, social, brand files</w:t>
      </w:r>
    </w:p>
    <w:p>
      <w:pPr>
        <w:spacing w:after="80"/>
      </w:pPr>
      <w:r>
        <w:rPr>
          <w:b w:val="0"/>
          <w:i w:val="0"/>
        </w:rPr>
        <w:t>☐  Shared folder created and shared</w:t>
      </w:r>
    </w:p>
    <w:p>
      <w:pPr>
        <w:spacing w:after="80"/>
      </w:pPr>
      <w:r>
        <w:rPr>
          <w:b w:val="0"/>
          <w:i w:val="0"/>
        </w:rPr>
        <w:t>☐  Kickoff call booked</w:t>
      </w:r>
    </w:p>
    <w:p>
      <w:pPr>
        <w:spacing w:before="280" w:after="80"/>
      </w:pPr>
      <w:r>
        <w:rPr>
          <w:b/>
          <w:color w:val="C2185B"/>
          <w:sz w:val="26"/>
        </w:rPr>
        <w:t>Kickoff call (45 to 60 minutes)</w:t>
      </w:r>
    </w:p>
    <w:p>
      <w:pPr>
        <w:spacing w:after="80"/>
      </w:pPr>
      <w:r>
        <w:rPr>
          <w:b w:val="0"/>
          <w:i w:val="0"/>
        </w:rPr>
        <w:t>☐  Goals: what does success look like in 3 months?</w:t>
      </w:r>
    </w:p>
    <w:p>
      <w:pPr>
        <w:spacing w:after="80"/>
      </w:pPr>
      <w:r>
        <w:rPr>
          <w:b w:val="0"/>
          <w:i w:val="0"/>
        </w:rPr>
        <w:t>☐  Scope: walk through deliverables and what is out of scope</w:t>
      </w:r>
    </w:p>
    <w:p>
      <w:pPr>
        <w:spacing w:after="80"/>
      </w:pPr>
      <w:r>
        <w:rPr>
          <w:b w:val="0"/>
          <w:i w:val="0"/>
        </w:rPr>
        <w:t>☐  Timeline: dates and the client steps each one depends on</w:t>
      </w:r>
    </w:p>
    <w:p>
      <w:pPr>
        <w:spacing w:after="80"/>
      </w:pPr>
      <w:r>
        <w:rPr>
          <w:b w:val="0"/>
          <w:i w:val="0"/>
        </w:rPr>
        <w:t>☐  Communication: one channel, response times, weekly update day</w:t>
      </w:r>
    </w:p>
    <w:p>
      <w:pPr>
        <w:spacing w:after="80"/>
      </w:pPr>
      <w:r>
        <w:rPr>
          <w:b w:val="0"/>
          <w:i w:val="0"/>
        </w:rPr>
        <w:t>☐  Approvals: who signs off, how many review rounds</w:t>
      </w:r>
    </w:p>
    <w:p>
      <w:pPr>
        <w:spacing w:after="80"/>
      </w:pPr>
      <w:r>
        <w:rPr>
          <w:b w:val="0"/>
          <w:i w:val="0"/>
        </w:rPr>
        <w:t>☐  Next steps: who does what this week</w:t>
      </w:r>
    </w:p>
    <w:p>
      <w:pPr>
        <w:spacing w:before="280" w:after="80"/>
      </w:pPr>
      <w:r>
        <w:rPr>
          <w:b/>
          <w:color w:val="C2185B"/>
          <w:sz w:val="26"/>
        </w:rPr>
        <w:t>First week</w:t>
      </w:r>
    </w:p>
    <w:p>
      <w:pPr>
        <w:spacing w:after="80"/>
      </w:pPr>
      <w:r>
        <w:rPr>
          <w:b w:val="0"/>
          <w:i w:val="0"/>
        </w:rPr>
        <w:t>☐  Kickoff notes sent within 24 hours</w:t>
      </w:r>
    </w:p>
    <w:p>
      <w:pPr>
        <w:spacing w:after="80"/>
      </w:pPr>
      <w:r>
        <w:rPr>
          <w:b w:val="0"/>
          <w:i w:val="0"/>
        </w:rPr>
        <w:t>☐  Project plan with dates shared</w:t>
      </w:r>
    </w:p>
    <w:p>
      <w:pPr>
        <w:spacing w:after="80"/>
      </w:pPr>
      <w:r>
        <w:rPr>
          <w:b w:val="0"/>
          <w:i w:val="0"/>
        </w:rPr>
        <w:t>☐  All access confirmed working</w:t>
      </w:r>
    </w:p>
    <w:p>
      <w:pPr>
        <w:spacing w:after="80"/>
      </w:pPr>
      <w:r>
        <w:rPr>
          <w:b w:val="0"/>
          <w:i w:val="0"/>
        </w:rPr>
        <w:t>☐  First update sent on the agreed day</w:t>
      </w:r>
    </w:p>
    <w:p>
      <w:pPr>
        <w:spacing w:before="280" w:after="80"/>
      </w:pPr>
      <w:r>
        <w:rPr>
          <w:b/>
          <w:color w:val="C2185B"/>
          <w:sz w:val="26"/>
        </w:rPr>
        <w:t>First 30 days</w:t>
      </w:r>
    </w:p>
    <w:p>
      <w:pPr>
        <w:spacing w:after="80"/>
      </w:pPr>
      <w:r>
        <w:rPr>
          <w:b w:val="0"/>
          <w:i w:val="0"/>
        </w:rPr>
        <w:t>☐  First deliverable delivered</w:t>
      </w:r>
    </w:p>
    <w:p>
      <w:pPr>
        <w:spacing w:after="80"/>
      </w:pPr>
      <w:r>
        <w:rPr>
          <w:b w:val="0"/>
          <w:i w:val="0"/>
        </w:rPr>
        <w:t>☐  Check-in: "Is this going the way you expected?"</w:t>
      </w:r>
    </w:p>
    <w:p>
      <w:pPr>
        <w:spacing w:after="80"/>
      </w:pPr>
      <w:r>
        <w:rPr>
          <w:b w:val="0"/>
          <w:i w:val="0"/>
        </w:rPr>
        <w:t>☐  Invoice for the first milestone sent</w:t>
      </w:r>
    </w:p>
    <w:p>
      <w:pPr>
        <w:spacing w:after="80"/>
      </w:pPr>
      <w:r>
        <w:rPr>
          <w:b w:val="0"/>
          <w:i w:val="0"/>
        </w:rPr>
        <w:t>☐  Ask for a short testimonial if things are going well</w:t>
      </w:r>
    </w:p>
    <w:p>
      <w:pPr>
        <w:spacing w:before="280" w:after="80"/>
      </w:pPr>
      <w:r>
        <w:rPr>
          <w:b/>
          <w:color w:val="C2185B"/>
          <w:sz w:val="26"/>
        </w:rPr>
        <w:t>Welcome email</w:t>
      </w:r>
    </w:p>
    <w:p>
      <w:pPr>
        <w:spacing w:after="80"/>
      </w:pPr>
      <w:r>
        <w:rPr>
          <w:b/>
          <w:i w:val="0"/>
        </w:rPr>
        <w:t>Subject: Welcome aboard, next steps for [project]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Thanks for signing. Here is what happens next:</w:t>
      </w:r>
    </w:p>
    <w:p>
      <w:pPr>
        <w:spacing w:after="80"/>
      </w:pPr>
      <w:r>
        <w:rPr>
          <w:b w:val="0"/>
          <w:i w:val="0"/>
        </w:rPr>
        <w:t>1. Kickoff call on [date] at [time]. The agenda is attached.</w:t>
      </w:r>
    </w:p>
    <w:p>
      <w:pPr>
        <w:spacing w:after="80"/>
      </w:pPr>
      <w:r>
        <w:rPr>
          <w:b w:val="0"/>
          <w:i w:val="0"/>
        </w:rPr>
        <w:t>2. Before the call, please send access to [list] and any brand files you have.</w:t>
      </w:r>
    </w:p>
    <w:p>
      <w:pPr>
        <w:spacing w:after="80"/>
      </w:pPr>
      <w:r>
        <w:rPr>
          <w:b w:val="0"/>
          <w:i w:val="0"/>
        </w:rPr>
        <w:t>3. I will share a project plan with dates within 2 days of the call.</w:t>
      </w:r>
    </w:p>
    <w:p>
      <w:pPr>
        <w:spacing w:after="80"/>
      </w:pPr>
      <w:r>
        <w:rPr>
          <w:b w:val="0"/>
          <w:i w:val="0"/>
        </w:rPr>
        <w:t>You will hear from me every [day] with a short update. If you need anything before then, reply to this email.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Access request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What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Why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Domain registrar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DNS changes for launch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Hosting / CMS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Build and publish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Google Analytics / Search Console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Baseline numbers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Brand files (logo, fonts, colours)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Design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Social accounts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Scheduling, if in scope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